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קלפי שיח ליסודי – עולים · דף 1 מתוך 5 – חזית · הדפסה דו־צדדית, היפוך בצד הארוך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קְצָת עָלַי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🐾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אֵיזוֹ חַיָּה מַתְאִימָה לְךָ/לָךְ?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🐶 כֶּלֶב  ·  🐱 חָתוּל  ·  🦁 אַרְיֵה  ·  🐦 צִפּוֹר</w:t>
            </w:r>
          </w:p>
        </w:tc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קְצָת עָלַי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הָאֹכֶל הֲכִי טָעִים לְךָ/לָךְ?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🍕 פִּיצָה  ·  🍝 פַּסְטָה  ·  🍲 מָרָק  ·  🍦 גְּלִידָה</w:t>
            </w:r>
          </w:p>
        </w:tc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קְצָת עָלַי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⭐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אַתָּה/אַתְּ יוֹדֵעַ/יוֹדַעַת לַעֲשׂוֹת טוֹב?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🎨 לְצַיֵּר  ·  ⚽ לְשַׂחֵק בְּכַדּוּר  ·  🎵 לָשִׁיר  ·  🧱 לִבְנוֹת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קְצָת עָלַי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🏠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אֵיפֹה טוֹב לְךָ/לָךְ לִהְיוֹת?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🛏️ בַּחֶדֶר  ·  🌳 בַּגִּנָּה  ·  🏫 בְּבֵית הַסֵּפֶר  ·  👵 אֵצֶל סָבְתָא</w:t>
            </w:r>
          </w:p>
        </w:tc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קְצָת עָלַי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💎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הֲכִי חָשׁוּב לְךָ/לָךְ?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👨‍👩‍👧 מִשְׁפָּחָה  ·  🤝 חֲבֵרִים  ·  😊 לִהְיוֹת שָׂמֵחַ/שְׂמֵחָה  ·  📚 לִלְמֹד</w:t>
            </w:r>
          </w:p>
        </w:tc>
        <w:tc>
          <w:tcPr>
            <w:tcW w:type="dxa" w:w="3572"/>
            <w:vAlign w:val="top"/>
            <w:shd w:val="clear" w:color="auto" w:fill="e8f6ed"/>
            <w:tcBorders>
              <w:top w:val="single" w:sz="24" w:color="2f9e5d"/>
              <w:left w:val="single" w:sz="24" w:color="2f9e5d"/>
              <w:bottom w:val="single" w:sz="24" w:color="2f9e5d"/>
              <w:right w:val="single" w:sz="24" w:color="2f9e5d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20"/>
                <w:rtl/>
                <w:szCs w:val="20"/>
                <w:bCs/>
              </w:rPr>
              <w:t>🌱 קְצָת עָלַי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🎁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עוֹד תִּרְצֶה/תִּרְצִי לְסַפֵּר עַל עַצְמְךָ/עַצְמֵךְ?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💭 מָה אֲנִי אוֹהֵב/ת  ·  🌍 מֵאֵיפֹה בָּאתִי  ·  💪 מָה אֲנִי יוֹדֵעַ/ת  ·  🤫 עוֹד לֹא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מָה עוֹשֶׂה לִי טוֹב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כֵּיף לְךָ/לָךְ אַחֲרֵי בֵּית הַסֵּפֶר?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⚽ לְשַׂחֵק  ·  📺 לִרְאוֹת סֶרֶט  ·  🚲 לִרְכֹּב  ·  📖 לִקְרֹא</w:t>
            </w:r>
          </w:p>
        </w:tc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מָה עוֹשֶׂה לִי טוֹב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🎲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אֵיזֶה מִשְׂחָק אַתָּה/אַתְּ אוֹהֵב/אוֹהֶבֶת?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🧩 פָּאזֶל  ·  🎲 מִשְׂחַק קֻבִּיָּה  ·  ⚽ כַּדּוּרֶגֶל  ·  🃏 קְלָפִים</w:t>
            </w:r>
          </w:p>
        </w:tc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מָה עוֹשֶׂה לִי טוֹב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🎉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סַפֵּר/סַפְּרִי עַל יוֹם כֵּיף.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🏖️ בַּיָּם  ·  🎂 יוֹם הֻלֶּדֶת  ·  🌳 טִיּוּל  ·  👨‍👩‍👧 עִם הַמִּשְׁפָּחָה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דף 1 – גב (דיו חסכונית)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9e5d"/>
              <w:left w:val="single" w:sz="8" w:color="2f9e5d"/>
              <w:bottom w:val="single" w:sz="8" w:color="2f9e5d"/>
              <w:right w:val="single" w:sz="8" w:color="2f9e5d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9E5D"/>
                <w:sz w:val="30"/>
                <w:rtl/>
                <w:szCs w:val="30"/>
                <w:bCs/>
              </w:rPr>
              <w:t>קצת עליי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קלפי שיח ליסודי – עולים · דף 2 מתוך 5 – חזית · הדפסה דו־צדדית, היפוך בצד הארוך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מָה עוֹשֶׂה לִי טוֹב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🫧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עוֹזֵר לְךָ/לָךְ לְהֵרָגַע?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🎵 מוּזִיקָה  ·  🤗 חִבּוּק  ·  🎨 צִיּוּר  ·  🌬️ נְשִׁימָה</w:t>
            </w:r>
          </w:p>
        </w:tc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מָה עוֹשֶׂה לִי טוֹב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🏆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מָתַי הִרְגַּשְׁתָּ/הִרְגַּשְׁתְּ גַּאֲוָה?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🏆 הִצְלַחְתִּי  ·  🤝 עָזַרְתִּי  ·  📝 לָמַדְתִּי  ·  💪 לֹא וִתַּרְתִּי</w:t>
            </w:r>
          </w:p>
        </w:tc>
        <w:tc>
          <w:tcPr>
            <w:tcW w:type="dxa" w:w="3572"/>
            <w:vAlign w:val="top"/>
            <w:shd w:val="clear" w:color="auto" w:fill="fdf0e2"/>
            <w:tcBorders>
              <w:top w:val="single" w:sz="24" w:color="e07a10"/>
              <w:left w:val="single" w:sz="24" w:color="e07a10"/>
              <w:bottom w:val="single" w:sz="24" w:color="e07a10"/>
              <w:right w:val="single" w:sz="24" w:color="e07a1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20"/>
                <w:rtl/>
                <w:szCs w:val="20"/>
                <w:bCs/>
              </w:rPr>
              <w:t>🎈 מָה עוֹשֶׂה לִי טוֹב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💛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עִם מִי טוֹב לְךָ/לָךְ?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👨‍👩‍👧 מִשְׁפָּחָה  ·  🧒 חָבֵר אוֹ חֲבֵרָה  ·  🧑‍🏫 מוֹרֶה אוֹ מוֹרָה  ·  🐶 חַיַּת מַחְמָד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חֲבֵרִים וַאֲנִי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🏃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כֵּיף לַעֲשׂוֹת בַּהַפְסָקָה?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🏃 לָרוּץ  ·  ⚽ כַּדּוּר  ·  💬 לְדַבֵּר  ·  🪢 חֶבֶל</w:t>
            </w:r>
          </w:p>
        </w:tc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חֲבֵרִים וַאֲנִי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🌟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עוֹשֶׂה חָבֵר טוֹב?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😄 מַצְחִיק  ·  🤝 עוֹזֵר  ·  👂 מַקְשִׁיב  ·  🎁 מְשַׁתֵּף</w:t>
            </w:r>
          </w:p>
        </w:tc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חֲבֵרִים וַאֲנִי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🫶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יֵשׁ לְךָ/לָךְ חָבֵר טוֹב אוֹ חֲבֵרָה טוֹבָה?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👍 כֵּן  ·  🤏 קְצָת  ·  🌱 עוֹד לֹא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חֲבֵרִים וַאֲנִי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🌉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עוֹשִׂים אַחֲרֵי רִיב?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🗣️ מְדַבְּרִים  ·  🙏 סְלִיחָה  ·  ⏳ מְחַכִּים קְצָת  ·  🧑‍🏫 מְבַקְּשִׁים עֶזְרָה</w:t>
            </w:r>
          </w:p>
        </w:tc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חֲבֵרִים וַאֲנִי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🍃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הִרְגַּשְׁתָּ/הִרְגַּשְׁתְּ פַּעַם לְבַד?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👍 כֵּן  ·  🤏 קְצָת  ·  👎 לֹא</w:t>
            </w:r>
          </w:p>
        </w:tc>
        <w:tc>
          <w:tcPr>
            <w:tcW w:type="dxa" w:w="3572"/>
            <w:vAlign w:val="top"/>
            <w:shd w:val="clear" w:color="auto" w:fill="e7f0fb"/>
            <w:tcBorders>
              <w:top w:val="single" w:sz="24" w:color="2f7dd1"/>
              <w:left w:val="single" w:sz="24" w:color="2f7dd1"/>
              <w:bottom w:val="single" w:sz="24" w:color="2f7dd1"/>
              <w:right w:val="single" w:sz="24" w:color="2f7dd1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20"/>
                <w:rtl/>
                <w:szCs w:val="20"/>
                <w:bCs/>
              </w:rPr>
              <w:t>🤝 חֲבֵרִים וַאֲנִי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🪄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אֶפְשָׁר לְשַׁפֵּר בַּכִּתָּה?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🤝 יוֹתֵר עֶזְרָה  ·  🎲 לְשַׂחֵק יַחַד  ·  🤫 פָּחוֹת רַעַשׁ  ·  😊 יוֹתֵר חִיּוּכִים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דף 2 – גב (דיו חסכונית)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7a10"/>
              <w:left w:val="single" w:sz="8" w:color="e07a10"/>
              <w:bottom w:val="single" w:sz="8" w:color="e07a10"/>
              <w:right w:val="single" w:sz="8" w:color="e07a1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7A10"/>
                <w:sz w:val="30"/>
                <w:rtl/>
                <w:szCs w:val="30"/>
                <w:bCs/>
              </w:rPr>
              <w:t>מה עושה לי טוב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2f7dd1"/>
              <w:left w:val="single" w:sz="8" w:color="2f7dd1"/>
              <w:bottom w:val="single" w:sz="8" w:color="2f7dd1"/>
              <w:right w:val="single" w:sz="8" w:color="2f7dd1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2F7DD1"/>
                <w:sz w:val="30"/>
                <w:rtl/>
                <w:szCs w:val="30"/>
                <w:bCs/>
              </w:rPr>
              <w:t>חברים ואני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קלפי שיח ליסודי – עולים · דף 3 מתוך 5 – חזית · הדפסה דו־צדדית, היפוך בצד הארוך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אֲנִי בַּכִּתָּה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📚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אֵיזֶה שִׁעוּר אַתָּה/אַתְּ אוֹהֵב/אוֹהֶבֶת?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🔢 חֶשְׁבּוֹן  ·  📖 עִבְרִית  ·  🎨 אָמָּנוּת  ·  ⚽ סְפּוֹרְט</w:t>
            </w:r>
          </w:p>
        </w:tc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אֲנִי בַּכִּתָּה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אֵיפֹה נוֹחַ לְךָ/לָךְ לָשֶׁבֶת?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🪟 לְיַד הַחַלּוֹן  ·  👀 קָדִימָה  ·  🔙 מֵאָחוֹר  ·  🧒 לְיַד חָבֵר/ה</w:t>
            </w:r>
          </w:p>
        </w:tc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אֲנִי בַּכִּתָּה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🤩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לָמַדְתָּ/לָמַדְתְּ הַשָּׁבוּעַ?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🔢 מִסְפָּרִים  ·  🌍 עַל הָעוֹלָם  ·  🐸 עַל חַיּוֹת  ·  📖 מִלִּים חֲדָשׁוֹת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אֲנִי בַּכִּתָּה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🎯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עוֹזֵר לְךָ/לָךְ לִלְמֹד?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🤫 שֶׁקֶט  ·  🖼️ תְּמוּנוֹת  ·  👫 עִם חָבֵר/ה  ·  ⏸️ הַפְסָקָה קְטַנָּה</w:t>
            </w:r>
          </w:p>
        </w:tc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אֲנִי בַּכִּתָּה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🧗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קָשֶׁה לְךָ/לָךְ בְּבֵית הַסֵּפֶר?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🗣️ הַשָּׂפָה  ·  📝 שִׁעוּרֵי בַּיִת  ·  🤝 חֲבֵרִים  ·  😟 הַהַרְגָּשָׁה</w:t>
            </w:r>
          </w:p>
        </w:tc>
        <w:tc>
          <w:tcPr>
            <w:tcW w:type="dxa" w:w="3572"/>
            <w:vAlign w:val="top"/>
            <w:shd w:val="clear" w:color="auto" w:fill="f2eafb"/>
            <w:tcBorders>
              <w:top w:val="single" w:sz="24" w:color="8a4fd0"/>
              <w:left w:val="single" w:sz="24" w:color="8a4fd0"/>
              <w:bottom w:val="single" w:sz="24" w:color="8a4fd0"/>
              <w:right w:val="single" w:sz="24" w:color="8a4fd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20"/>
                <w:rtl/>
                <w:szCs w:val="20"/>
                <w:bCs/>
              </w:rPr>
              <w:t>🏫 אֲנִי בַּכִּתָּה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תְּבַקֵּשׁ/תְּבַקְּשִׁי מֵהַמּוֹרָה?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🐢 לְאַט יוֹתֵר  ·  🙋 יוֹתֵר עֶזְרָה  ·  🎲 יוֹתֵר מִשְׂחָק  ·  💬 לְדַבֵּר יוֹתֵר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מֶזֶג הָאֲוִיר בַּלֵּב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🌤️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אֵיךְ מֶזֶג הָאֲוִיר בַּלֵּב הַיּוֹם?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☀️ שֶׁמֶשׁ  ·  ⛅ עֲנָנִים  ·  🌧️ גֶּשֶׁם  ·  🌈 קֶשֶׁת</w:t>
            </w:r>
          </w:p>
        </w:tc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מֶזֶג הָאֲוִיר בַּלֵּב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😄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מַצְחִיק אוֹתְךָ/אוֹתָךְ?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🐶 חַיּוֹת  ·  😂 בְּדִיחוֹת  ·  🎮 מִשְׂחָק  ·  👨‍👩‍👧 מִשְׁפָּחָה</w:t>
            </w:r>
          </w:p>
        </w:tc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מֶזֶג הָאֲוִיר בַּלֵּב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⛈️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מַכְעִיס אוֹתְךָ/אוֹתָךְ?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📢 רַעַשׁ  ·  ⚖️ לֹא הוֹגֵן  ·  😢 צוֹחֲקִים עָלַי  ·  ⏰ מְמַהֲרִים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דף 3 – גב (דיו חסכונית)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a4fd0"/>
              <w:left w:val="single" w:sz="8" w:color="8a4fd0"/>
              <w:bottom w:val="single" w:sz="8" w:color="8a4fd0"/>
              <w:right w:val="single" w:sz="8" w:color="8a4fd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🏫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A4FD0"/>
                <w:sz w:val="30"/>
                <w:rtl/>
                <w:szCs w:val="30"/>
                <w:bCs/>
              </w:rPr>
              <w:t>אני בכיתה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קלפי שיח ליסודי – עולים · דף 4 מתוך 5 – חזית · הדפסה דו־צדדית, היפוך בצד הארוך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מֶזֶג הָאֲוִיר בַּלֵּב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☂️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עוֹזֵר לְךָ/לָךְ כְּשֶׁעָצוּב?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🤗 חִבּוּק  ·  💬 לְדַבֵּר  ·  🎵 שִׁיר  ·  🧸 שֶׁקֶט</w:t>
            </w:r>
          </w:p>
        </w:tc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מֶזֶג הָאֲוִיר בַּלֵּב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🌫️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מַדְאִיג אוֹתְךָ/אוֹתָךְ?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📝 מִבְחָן  ·  🏠 מַשֶּׁהוּ בַּבַּיִת  ·  🤝 חֲבֵרִים  ·  🌍 מָה שֶׁקּוֹרֶה בָּעוֹלָם</w:t>
            </w:r>
          </w:p>
        </w:tc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0"/>
                <w:rtl/>
                <w:szCs w:val="20"/>
                <w:bCs/>
              </w:rPr>
              <w:t>🌦️ מֶזֶג הָאֲוִיר בַּלֵּב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🌈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עָזַר לְךָ/לָךְ כְּשֶׁהָיָה קָשֶׁה?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🫂 מִישֶׁהוּ קָרוֹב  ·  💪 הַכֹּחַ שֶׁלִּי  ·  🌬️ נְשִׁימָה  ·  ⏳ הַזְּמַן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חוֹלְמִים קָדִימָה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🦸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אֵיזֶה כֹּחַ־עַל הָיִיתָ/הָיִית רוֹצֶה/רוֹצָה?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🕊️ לָעוּף  ·  🫥 לְהֵעָלֵם  ·  ⚡ מְהִירוּת  ·  🧠 לָדַעַת הַכֹּל</w:t>
            </w:r>
          </w:p>
        </w:tc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חוֹלְמִים קָדִימָה  ·  ●○○ קַלִּיל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🗺️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לְאָן הָיִיתָ/הָיִית רוֹצֶה/רוֹצָה לִנְסֹעַ?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🏝️ אִי  ·  🏔️ הָרִים  ·  🏙️ עִיר גְּדוֹלָה  ·  🌌 חָלָל</w:t>
            </w:r>
          </w:p>
        </w:tc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חוֹלְמִים קָדִימָה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🔭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תִּרְצֶה/תִּרְצִי לִהְיוֹת כְּשֶׁתִּגְדַּל/תִּגְדְּלִי?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🩺 רוֹפֵא/ה  ·  🧑‍🏫 מוֹרֶה/מוֹרָה  ·  🧑‍🍳 שֶׁף/שֶׁפִית  ·  🧑‍🚀 אַסְטְרוֹנָאוּט/ית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חוֹלְמִים קָדִימָה  ·  ●●○ בָּאֶמְצַע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🌱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הָיִיתָ/הָיִית רוֹצֶה/רוֹצָה לִלְמֹד?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🏊 לִשְׂחוֹת  ·  🎸 לְנַגֵּן  ·  🗣️ עִבְרִית  ·  🚲 לִרְכֹּב עַל אוֹפַנַּיִם</w:t>
            </w:r>
          </w:p>
        </w:tc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חוֹלְמִים קָדִימָה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🌍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הָיִיתָ/הָיִית מְשַׁנֶּה/מְשַׁנָּה בָּעוֹלָם?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🕊️ שָׁלוֹם  ·  🌳 טֶבַע  ·  🍞 אֹכֶל לְכֻלָּם  ·  🤝 חֲבֵרוּת</w:t>
            </w:r>
          </w:p>
        </w:tc>
        <w:tc>
          <w:tcPr>
            <w:tcW w:type="dxa" w:w="3572"/>
            <w:vAlign w:val="top"/>
            <w:shd w:val="clear" w:color="auto" w:fill="fbe8ef"/>
            <w:tcBorders>
              <w:top w:val="single" w:sz="24" w:color="d6457c"/>
              <w:left w:val="single" w:sz="24" w:color="d6457c"/>
              <w:bottom w:val="single" w:sz="24" w:color="d6457c"/>
              <w:right w:val="single" w:sz="24" w:color="d6457c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20"/>
                <w:rtl/>
                <w:szCs w:val="20"/>
                <w:bCs/>
              </w:rPr>
              <w:t>🚀 חוֹלְמִים קָדִימָה  ·  ●●● עָמֹק</w:t>
            </w:r>
          </w:p>
          <w:p>
            <w:pPr>
              <w:bidi/>
              <w:spacing w:after="40" w:before="160"/>
              <w:jc w:val="center"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👣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מָה הַצַּעַד הַקָּטָן שֶׁלְּךָ/שֶׁלָּךְ הַשָּׁבוּעַ?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📖 לִקְרֹא  ·  🙋 לְבַקֵּשׁ עֶזְרָה  ·  🤝 לְהַזְמִין חָבֵר/ה  ·  😴 לִישֹׁן טוֹב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דף 4 – גב (דיו חסכונית)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בלב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d6457c"/>
              <w:left w:val="single" w:sz="8" w:color="d6457c"/>
              <w:bottom w:val="single" w:sz="8" w:color="d6457c"/>
              <w:right w:val="single" w:sz="8" w:color="d6457c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🚀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D6457C"/>
                <w:sz w:val="30"/>
                <w:rtl/>
                <w:szCs w:val="30"/>
                <w:bCs/>
              </w:rPr>
              <w:t>חולמים קדימה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קלפי שיח ליסודי – עולים · דף 5 מתוך 5 – חזית · הדפסה דו־צדדית, היפוך בצד הארוך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shd w:val="clear" w:color="auto" w:fill="f2faf8"/>
            <w:tcBorders>
              <w:top w:val="single" w:sz="24" w:color="0f766e"/>
              <w:left w:val="single" w:sz="24" w:color="0f766e"/>
              <w:bottom w:val="single" w:sz="24" w:color="0f766e"/>
              <w:right w:val="single" w:sz="24" w:color="0f766e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0F766E"/>
                <w:sz w:val="22"/>
                <w:rtl/>
                <w:szCs w:val="22"/>
                <w:bCs/>
              </w:rPr>
              <w:t>🃏 איך משחקים?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1. מתחילים ב״מזג האוויר שלי״.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2. בוחרים צבע ושולפים קלף.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3. נקודה אחת = קליל, שתיים = באמצע, שלוש = עמוק.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4. יש לי 2 כרטיסי דילוג 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5. כל כמה קלפים – ״תורי לשאול״ 🔄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6. אין תשובות נכונות 💛</w:t>
            </w:r>
          </w:p>
        </w:tc>
        <w:tc>
          <w:tcPr>
            <w:tcW w:type="dxa" w:w="3572"/>
            <w:vAlign w:val="top"/>
            <w:shd w:val="clear" w:color="auto" w:fill="e4f5f5"/>
            <w:tcBorders>
              <w:top w:val="single" w:sz="24" w:color="12898b"/>
              <w:left w:val="single" w:sz="24" w:color="12898b"/>
              <w:bottom w:val="single" w:sz="24" w:color="12898b"/>
              <w:right w:val="single" w:sz="24" w:color="12898b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22"/>
                <w:rtl/>
                <w:szCs w:val="22"/>
                <w:bCs/>
              </w:rPr>
              <w:t>🌦️ מזג האוויר שלי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אֵיךְ מֶזֶג הָאֲוִיר בַּלֵּב?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☀️ שֶׁמֶשׁ  ⛅ שֶׁמֶשׁ וַעֲנָנִים  ☁️ עָנָן  🌧️ גֶּשֶׁם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⛈️ סְעָרָה  🌫️ עֲרָפֶל  🌬️ רוּחַ  🌈 קֶשֶׁת</w:t>
            </w:r>
          </w:p>
        </w:tc>
        <w:tc>
          <w:tcPr>
            <w:tcW w:type="dxa" w:w="3572"/>
            <w:vAlign w:val="top"/>
            <w:shd w:val="clear" w:color="auto" w:fill="fff8e1"/>
            <w:tcBorders>
              <w:top w:val="single" w:sz="24" w:color="c99400"/>
              <w:left w:val="single" w:sz="24" w:color="c99400"/>
              <w:bottom w:val="single" w:sz="24" w:color="c99400"/>
              <w:right w:val="single" w:sz="24" w:color="c9940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C99400"/>
                <w:sz w:val="22"/>
                <w:rtl/>
                <w:szCs w:val="22"/>
                <w:bCs/>
              </w:rPr>
              <w:t>✋ כרטיס דילוג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דִּלּוּג – זֶה בְּסֵדֶר!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מניחים את הכרטיס על השולחן, בלי להסביר. הקלף חוזר לחפיסה.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fff8e1"/>
            <w:tcBorders>
              <w:top w:val="single" w:sz="24" w:color="c99400"/>
              <w:left w:val="single" w:sz="24" w:color="c99400"/>
              <w:bottom w:val="single" w:sz="24" w:color="c99400"/>
              <w:right w:val="single" w:sz="24" w:color="c99400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C99400"/>
                <w:sz w:val="22"/>
                <w:rtl/>
                <w:szCs w:val="22"/>
                <w:bCs/>
              </w:rPr>
              <w:t>✋ כרטיס דילוג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דִּלּוּג – זֶה בְּסֵדֶר!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מניחים את הכרטיס על השולחן, בלי להסביר. הקלף חוזר לחפיסה.</w:t>
            </w:r>
          </w:p>
        </w:tc>
        <w:tc>
          <w:tcPr>
            <w:tcW w:type="dxa" w:w="3572"/>
            <w:vAlign w:val="top"/>
            <w:shd w:val="clear" w:color="auto" w:fill="fdeef3"/>
            <w:tcBorders>
              <w:top w:val="single" w:sz="24" w:color="e0245e"/>
              <w:left w:val="single" w:sz="24" w:color="e0245e"/>
              <w:bottom w:val="single" w:sz="24" w:color="e0245e"/>
              <w:right w:val="single" w:sz="24" w:color="e0245e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245E"/>
                <w:sz w:val="22"/>
                <w:rtl/>
                <w:szCs w:val="22"/>
                <w:bCs/>
              </w:rPr>
              <w:t>🔄 תורי לשאול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עַכְשָׁו אֲנִי שׁוֹאֵל/שׁוֹאֶלֶת!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שואלים את המורה שאלה. למשל: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מה אהבת לעשות כשהיית בגיל שלי?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מה משמח אותך בעבודה בבית הספר?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ממה פחדת כשהיית ילד או ילדה?</w:t>
            </w:r>
          </w:p>
        </w:tc>
        <w:tc>
          <w:tcPr>
            <w:tcW w:type="dxa" w:w="3572"/>
            <w:vAlign w:val="top"/>
            <w:shd w:val="clear" w:color="auto" w:fill="fdeef3"/>
            <w:tcBorders>
              <w:top w:val="single" w:sz="24" w:color="e0245e"/>
              <w:left w:val="single" w:sz="24" w:color="e0245e"/>
              <w:bottom w:val="single" w:sz="24" w:color="e0245e"/>
              <w:right w:val="single" w:sz="24" w:color="e0245e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245E"/>
                <w:sz w:val="22"/>
                <w:rtl/>
                <w:szCs w:val="22"/>
                <w:bCs/>
              </w:rPr>
              <w:t>🔄 תורי לשאול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עַכְשָׁו אֲנִי שׁוֹאֵל/שׁוֹאֶלֶת!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שואלים את המורה שאלה. למשל: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מה אהבת לעשות כשהיית בגיל שלי?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מה משמח אותך בעבודה בבית הספר?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• ממה פחדת כשהיית ילד או ילדה?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shd w:val="clear" w:color="auto" w:fill="eef2fb"/>
            <w:tcBorders>
              <w:top w:val="single" w:sz="24" w:color="3b6fb6"/>
              <w:left w:val="single" w:sz="24" w:color="3b6fb6"/>
              <w:bottom w:val="single" w:sz="24" w:color="3b6fb6"/>
              <w:right w:val="single" w:sz="24" w:color="3b6fb6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3B6FB6"/>
                <w:sz w:val="22"/>
                <w:rtl/>
                <w:szCs w:val="22"/>
                <w:bCs/>
              </w:rPr>
              <w:t>🌬️ עוצרים רגע – עש״ן ד״ק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✋ עצור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✊ שרירים – מכווצים ומשחררים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🌬️ נשימה איטית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💬 דיבור: ״אני בסדר״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➡️ קדימה</w:t>
            </w:r>
          </w:p>
        </w:tc>
        <w:tc>
          <w:tcPr>
            <w:tcW w:type="dxa" w:w="3572"/>
            <w:vAlign w:val="top"/>
            <w:shd w:val="clear" w:color="auto" w:fill="ffffff"/>
            <w:tcBorders>
              <w:top w:val="single" w:sz="24" w:color="888888"/>
              <w:left w:val="single" w:sz="24" w:color="888888"/>
              <w:bottom w:val="single" w:sz="24" w:color="888888"/>
              <w:right w:val="single" w:sz="24" w:color="888888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88888"/>
                <w:sz w:val="22"/>
                <w:rtl/>
                <w:szCs w:val="22"/>
                <w:bCs/>
              </w:rPr>
              <w:t>✏️ קלף משלנו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כותבים כאן שאלה משלכם: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</w:tc>
        <w:tc>
          <w:tcPr>
            <w:tcW w:type="dxa" w:w="3572"/>
            <w:vAlign w:val="top"/>
            <w:shd w:val="clear" w:color="auto" w:fill="ffffff"/>
            <w:tcBorders>
              <w:top w:val="single" w:sz="24" w:color="888888"/>
              <w:left w:val="single" w:sz="24" w:color="888888"/>
              <w:bottom w:val="single" w:sz="24" w:color="888888"/>
              <w:right w:val="single" w:sz="24" w:color="888888"/>
            </w:tcBorders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88888"/>
                <w:sz w:val="22"/>
                <w:rtl/>
                <w:szCs w:val="22"/>
                <w:bCs/>
              </w:rPr>
              <w:t>✏️ קלף משלנו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כותבים כאן שאלה משלכם: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__________________</w:t>
            </w:r>
          </w:p>
        </w:tc>
      </w:tr>
    </w:tbl>
    <w:p>
      <w:r>
        <w:br w:type="page"/>
      </w:r>
    </w:p>
    <w:p>
      <w:pPr>
        <w:bidi/>
        <w:jc w:val="right"/>
      </w:pPr>
      <w:r>
        <w:rPr>
          <w:rFonts w:ascii="Arial" w:hAnsi="Arial" w:cs="Arial"/>
          <w:b w:val="0"/>
          <w:color w:val="666666"/>
          <w:sz w:val="16"/>
          <w:rtl/>
          <w:szCs w:val="16"/>
        </w:rPr>
        <w:t>דף 5 – גב (דיו חסכונית)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</w:tblPr>
      <w:tblGrid>
        <w:gridCol w:w="3591"/>
        <w:gridCol w:w="3591"/>
        <w:gridCol w:w="3591"/>
      </w:tblGrid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0f766e"/>
              <w:left w:val="single" w:sz="8" w:color="0f766e"/>
              <w:bottom w:val="single" w:sz="8" w:color="0f766e"/>
              <w:right w:val="single" w:sz="8" w:color="0f766e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0F766E"/>
                <w:sz w:val="30"/>
                <w:rtl/>
                <w:szCs w:val="30"/>
                <w:bCs/>
              </w:rPr>
              <w:t>איך משחקים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12898b"/>
              <w:left w:val="single" w:sz="8" w:color="12898b"/>
              <w:bottom w:val="single" w:sz="8" w:color="12898b"/>
              <w:right w:val="single" w:sz="8" w:color="12898b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🌦️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12898B"/>
                <w:sz w:val="30"/>
                <w:rtl/>
                <w:szCs w:val="30"/>
                <w:bCs/>
              </w:rPr>
              <w:t>מזג האוויר שלי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c99400"/>
              <w:left w:val="single" w:sz="8" w:color="c99400"/>
              <w:bottom w:val="single" w:sz="8" w:color="c99400"/>
              <w:right w:val="single" w:sz="8" w:color="c9940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C99400"/>
                <w:sz w:val="30"/>
                <w:rtl/>
                <w:szCs w:val="30"/>
                <w:bCs/>
              </w:rPr>
              <w:t>כרטיס דילוג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c99400"/>
              <w:left w:val="single" w:sz="8" w:color="c99400"/>
              <w:bottom w:val="single" w:sz="8" w:color="c99400"/>
              <w:right w:val="single" w:sz="8" w:color="c99400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✋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C99400"/>
                <w:sz w:val="30"/>
                <w:rtl/>
                <w:szCs w:val="30"/>
                <w:bCs/>
              </w:rPr>
              <w:t>כרטיס דילוג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245e"/>
              <w:left w:val="single" w:sz="8" w:color="e0245e"/>
              <w:bottom w:val="single" w:sz="8" w:color="e0245e"/>
              <w:right w:val="single" w:sz="8" w:color="e0245e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🔄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245E"/>
                <w:sz w:val="30"/>
                <w:rtl/>
                <w:szCs w:val="30"/>
                <w:bCs/>
              </w:rPr>
              <w:t>תורי לשאול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e0245e"/>
              <w:left w:val="single" w:sz="8" w:color="e0245e"/>
              <w:bottom w:val="single" w:sz="8" w:color="e0245e"/>
              <w:right w:val="single" w:sz="8" w:color="e0245e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🔄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E0245E"/>
                <w:sz w:val="30"/>
                <w:rtl/>
                <w:szCs w:val="30"/>
                <w:bCs/>
              </w:rPr>
              <w:t>תורי לשאול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  <w:tr>
        <w:trPr>
          <w:trHeight w:val="4989" w:hRule="exact"/>
        </w:trPr>
        <w:tc>
          <w:tcPr>
            <w:tcW w:type="dxa" w:w="3572"/>
            <w:vAlign w:val="top"/>
            <w:tcBorders>
              <w:top w:val="single" w:sz="8" w:color="3b6fb6"/>
              <w:left w:val="single" w:sz="8" w:color="3b6fb6"/>
              <w:bottom w:val="single" w:sz="8" w:color="3b6fb6"/>
              <w:right w:val="single" w:sz="8" w:color="3b6fb6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🌬️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3B6FB6"/>
                <w:sz w:val="30"/>
                <w:rtl/>
                <w:szCs w:val="30"/>
                <w:bCs/>
              </w:rPr>
              <w:t>עוצרים רגע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88888"/>
              <w:left w:val="single" w:sz="8" w:color="888888"/>
              <w:bottom w:val="single" w:sz="8" w:color="888888"/>
              <w:right w:val="single" w:sz="8" w:color="888888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✏️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88888"/>
                <w:sz w:val="30"/>
                <w:rtl/>
                <w:szCs w:val="30"/>
                <w:bCs/>
              </w:rPr>
              <w:t>קלף משלנו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  <w:tc>
          <w:tcPr>
            <w:tcW w:type="dxa" w:w="3572"/>
            <w:vAlign w:val="top"/>
            <w:tcBorders>
              <w:top w:val="single" w:sz="8" w:color="888888"/>
              <w:left w:val="single" w:sz="8" w:color="888888"/>
              <w:bottom w:val="single" w:sz="8" w:color="888888"/>
              <w:right w:val="single" w:sz="8" w:color="888888"/>
            </w:tcBorders>
          </w:tcPr>
          <w:p>
            <w:pPr>
              <w:bidi/>
              <w:spacing w:after="40" w:before="1200"/>
              <w:jc w:val="center"/>
            </w:pPr>
            <w:r>
              <w:rPr>
                <w:rFonts w:ascii="Arial" w:hAnsi="Arial" w:cs="Arial"/>
                <w:b w:val="0"/>
                <w:sz w:val="52"/>
                <w:rtl/>
                <w:szCs w:val="52"/>
              </w:rPr>
              <w:t>✏️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color w:val="888888"/>
                <w:sz w:val="30"/>
                <w:rtl/>
                <w:szCs w:val="30"/>
                <w:bCs/>
              </w:rPr>
              <w:t>קלף משלנו</w:t>
            </w:r>
          </w:p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color w:val="999999"/>
                <w:sz w:val="20"/>
                <w:rtl/>
                <w:szCs w:val="20"/>
              </w:rPr>
              <w:t>קלפי שיח</w:t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